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i w:val="0"/>
                <w:color w:val="0B1B2E"/>
                <w:sz w:val="26"/>
              </w:rPr>
              <w:t>[Your business name]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[Street address]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[City, State ZIP]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[Email · phone · website]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/>
                <w:i w:val="0"/>
                <w:color w:val="1B4B82"/>
                <w:sz w:val="44"/>
              </w:rPr>
              <w:t>Purchase order</w:t>
            </w:r>
          </w:p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 xml:space="preserve">PO no.: </w:t>
            </w:r>
            <w:r>
              <w:rPr>
                <w:b w:val="0"/>
                <w:i w:val="0"/>
                <w:color w:val="0B1B2E"/>
                <w:sz w:val="20"/>
              </w:rPr>
              <w:t>[        ]</w:t>
            </w:r>
          </w:p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 xml:space="preserve">Date: </w:t>
            </w:r>
            <w:r>
              <w:rPr>
                <w:b w:val="0"/>
                <w:i w:val="0"/>
                <w:color w:val="0B1B2E"/>
                <w:sz w:val="20"/>
              </w:rPr>
              <w:t>[        ]</w:t>
            </w:r>
          </w:p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 xml:space="preserve">Deliver by: </w:t>
            </w:r>
            <w:r>
              <w:rPr>
                <w:b w:val="0"/>
                <w:i w:val="0"/>
                <w:color w:val="0B1B2E"/>
                <w:sz w:val="20"/>
              </w:rPr>
              <w:t>[        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 w:val="0"/>
                <w:i w:val="0"/>
                <w:color w:val="6B7280"/>
                <w:sz w:val="15"/>
              </w:rPr>
              <w:t>VENDOR</w:t>
            </w:r>
          </w:p>
          <w:p>
            <w:r>
              <w:rPr>
                <w:b/>
                <w:i w:val="0"/>
                <w:color w:val="0B1B2E"/>
                <w:sz w:val="20"/>
              </w:rPr>
              <w:t>[Name or company]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[Address]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[City, State ZIP]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color w:val="6B7280"/>
                <w:sz w:val="15"/>
              </w:rPr>
              <w:t>SHIP TO</w:t>
            </w:r>
          </w:p>
          <w:p>
            <w:r>
              <w:rPr>
                <w:b/>
                <w:i w:val="0"/>
                <w:color w:val="0B1B2E"/>
                <w:sz w:val="20"/>
              </w:rPr>
              <w:t>[Name or company]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[Address]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[City, State ZIP]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color w:val="6B7280"/>
                <w:sz w:val="15"/>
              </w:rPr>
              <w:t>PAYMENT TERMS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        ]</w:t>
            </w:r>
          </w:p>
          <w:p>
            <w:r>
              <w:rPr>
                <w:b w:val="0"/>
                <w:i w:val="0"/>
                <w:color w:val="6B7280"/>
                <w:sz w:val="15"/>
              </w:rPr>
              <w:t>SHIP VIA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        ]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1152"/>
        <w:gridCol w:w="1584"/>
        <w:gridCol w:w="1728"/>
      </w:tblGrid>
      <w:tr>
        <w:tc>
          <w:tcPr>
            <w:tcW w:type="dxa" w:w="4896"/>
          </w:tcPr>
          <w:p>
            <w:r/>
            <w:r>
              <w:rPr>
                <w:b/>
                <w:i w:val="0"/>
                <w:color w:val="6B7280"/>
                <w:sz w:val="16"/>
              </w:rPr>
              <w:t>DESCRIPTION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b/>
                <w:i w:val="0"/>
                <w:color w:val="6B7280"/>
                <w:sz w:val="16"/>
              </w:rPr>
              <w:t>QTY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b/>
                <w:i w:val="0"/>
                <w:color w:val="6B7280"/>
                <w:sz w:val="16"/>
              </w:rPr>
              <w:t>UNIT PRICE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b/>
                <w:i w:val="0"/>
                <w:color w:val="6B7280"/>
                <w:sz w:val="16"/>
              </w:rPr>
              <w:t>AMOUNT</w:t>
            </w:r>
          </w:p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Subtotal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0B1B2E"/>
                <w:sz w:val="20"/>
              </w:rPr>
              <w:t>$</w:t>
            </w:r>
          </w:p>
        </w:tc>
      </w:tr>
      <w:tr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Tax rate (%)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0B1B2E"/>
                <w:sz w:val="20"/>
              </w:rPr>
              <w:t>$</w:t>
            </w:r>
          </w:p>
        </w:tc>
      </w:tr>
      <w:tr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Tax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0B1B2E"/>
                <w:sz w:val="20"/>
              </w:rPr>
              <w:t>$</w:t>
            </w:r>
          </w:p>
        </w:tc>
      </w:tr>
      <w:tr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Shipping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0B1B2E"/>
                <w:sz w:val="20"/>
              </w:rPr>
              <w:t>$</w:t>
            </w:r>
          </w:p>
        </w:tc>
      </w:tr>
      <w:tr>
        <w:tc>
          <w:tcPr>
            <w:tcW w:type="dxa" w:w="4320"/>
          </w:tcPr>
          <w:p>
            <w:pPr>
              <w:jc w:val="right"/>
            </w:pPr>
            <w:r>
              <w:rPr>
                <w:b/>
                <w:i w:val="0"/>
                <w:color w:val="0B1B2E"/>
                <w:sz w:val="20"/>
              </w:rPr>
              <w:t>Total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/>
                <w:i w:val="0"/>
                <w:color w:val="0B1B2E"/>
                <w:sz w:val="20"/>
              </w:rPr>
              <w:t>$</w:t>
            </w:r>
          </w:p>
        </w:tc>
      </w:tr>
    </w:tbl>
    <w:p/>
    <w:p>
      <w:r>
        <w:rPr>
          <w:b w:val="0"/>
          <w:i w:val="0"/>
          <w:color w:val="6B7280"/>
          <w:sz w:val="15"/>
        </w:rPr>
        <w:t>NOTES AND TERMS</w:t>
      </w:r>
    </w:p>
    <w:p>
      <w:r>
        <w:rPr>
          <w:b w:val="0"/>
          <w:i w:val="0"/>
          <w:color w:val="0B1B2E"/>
          <w:sz w:val="18"/>
        </w:rPr>
        <w:t>Please quote the PO number on all invoices, packing slips and correspondence. Notify us before shipping if any item is unavailable, or if prices or quantities differ from this order.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 w:val="0"/>
                <w:i w:val="0"/>
                <w:color w:val="6B7280"/>
                <w:sz w:val="20"/>
              </w:rPr>
              <w:t>________________________________________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color w:val="6B7280"/>
                <w:sz w:val="20"/>
              </w:rPr>
              <w:t>__________________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color w:val="6B7280"/>
                <w:sz w:val="15"/>
              </w:rPr>
              <w:t>AUTHORIZED BY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color w:val="6B7280"/>
                <w:sz w:val="15"/>
              </w:rPr>
              <w:t>DATE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template</dc:title>
  <dc:subject/>
  <dc:creator>Future Sharks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